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העלייה הראשונה והמושבות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היישוב החדש בהשוואה ליישוב הישן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העלייה הראשונה: ארצות מוצא, הרכב וקשיים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תפקיד הברון רוטשילד ויק״א בביסוס המושבות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רוסיה, רומניה ותימן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קדחת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הנדיב הידוע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אנשי ביל״ו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יישוב חקלאי של חוואים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עבודת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1900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העולים היו שומרי מסורת ובעלי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יהודים מתימן היו חלק מהעלייה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רוב העולים התיישבו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עוני, קדחת וקשיי שלטון סיכנו את קיומן עד שהברון סייע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ביל״ו היו סטודנטים צעירים מרוסיה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ב-1900 עבר הניהול ליק״א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1. 1882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ביל״ו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נדיב הידוע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יק״א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(ייסדה את גדרה ב-1884)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(תנועה שפעלה לעלייה ולהתיישבות חקלאית)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(תמך כספית במושבות עד 1900)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(ניהלה את המושבות מ-1900)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(יישוב חקלאי של חוואים פרטיים)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העלייה הראשונה וייסוד ראשון לציון, זכרון יעקב וראש 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אנשי ביל״ו מייסדים את 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רחובות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ייסוד חדרה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ניהול מושבות הברון עובר ליק״א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היישוב החדש שאף לעבודת אדמה, לעברית מדוברת ולחינוך לאומי, בעוד היישוב הישן התבסס על לימוד תורה ותמיכה כספית מהגולה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עוני, חוסר ניסיון בחקלאות, מחלת הקדחת, קשיי השלטון העות׳מאני והתקפות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הברון תמך כספית והציל את המושבות מקריסה, ויק״א המשיכה מ-1900 בביסוסן הכלכלי והעצמאי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סטודנטים מרוסיה שעלתה ב-1882 וייסדה את 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ניהלה את מושבות הברון ופעלה לביסוסן הכלכלי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שאיפה לעבודת אדמה לעומת פרנסה מכספי חלוקה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מפה אילמת לאיתור המושבות שהוזכרו כחלק מהתרגול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מניע דתי למניע לאומי בהשוואה בין היישובים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מול ספר הלימוד נתונים מספריים כמו מספר העולים והמושבות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העלייה הראשונה והמושבות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מ-1882 עלו לארץ יהודים חדשים. הם רצו לעבוד באדמה ולדבר עברית. הם הקימו כפרים חקלאים שנקראים מושבות. היה להם קשה, והברון רוטשילד עזר 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היישוב החדש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היהודי שהתפתח מ-1882 ושאף לעבודת אדמה ולעברית מדוברת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העלייה הראשונה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 עלייה מ-1882 ועד תחילת המאה ה-20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ביל״ו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סטודנטים מרוסיה שייסדה את גדרה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חיבת ציון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שפעלה לעלייה ולהתיישבות חקלאית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חקלאי של חוואים פרטיים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הנדיב הידוע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הברון אדמונד דה רוטשילד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יק״א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שניהלה את מושבות הברון החל מ-1900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קדחת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מחלה (מלריה) שפגעה קשות במתיישבים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הגיעו רוב העולים?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רוסיה, רומניה ותימן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גרמניה וצרפת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מרוקו ועיראק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פולין ואנגליה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מחלה הייתה קשה למתיישבים?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אבעבועות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קדחת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קראו לברון רוטשילד?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הנדיב הידוע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 המושבות העבריות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 החזון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הקים את גדרה?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חובבי ציון מרומניה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 ביל״ו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הברון רוטשילד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מושבה?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שיתופי ללא רכוש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שכונה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יישוב חקלאי של חוואים פרטיים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ממה רצה היישוב החדש להתפרנס?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כספי החלוקה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מסחר בנמלים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פקידות עות׳מאנית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יק״א התחילה לנהל את המושבות?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 העלייה הראשונה היו כולם צעירים רווקים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יהודים מתימן עלו בתקופה זו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עולי העלייה הראשונה התיישבו במושבות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המושבות כמעט קרסו בשנים הראשונות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ביל״ו הייתה קבוצה של אנשים מבוגרים מגרמניה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הברון רוטשילד תמך במושבות עד שנת 1900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העלייה הראשונה החלה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קבוצת הסטודנטים שהקימה את גדרה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כינויו של הברון רוטשילד היה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המחלה שפגעה במתיישבים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מ-1900 עברה האחריות על המושבות לחברת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היישוב ששאף לעבודת אדמה ולעברית מדוברת נקרא היישוב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ביל״ו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תמך כספית במושבות עד 1900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חיבת 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ייסדה את גדרה ב-1884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הברון רוטשילד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יישוב חקלאי של חוואים פרטיים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יק״א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 שפעלה לעלייה ולהתיישבות חקלאית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ניהלה את המושבות מ-1900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חדרה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רחובות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מושבות הברון עובר ליק״א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ביל״ו מייסדים את גדרה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העלייה הראשונה וייסוד ראשון לציון, זכרון יעקב וראש 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שלושה הבדלים בין היישוב הישן ליישוב החדש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הציגו שלושה קשיים של המתיישבים במושבות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תרומתם של הברון רוטשילד ויק״א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ביל״ו?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עשתה יק״א מ-1900?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היישוב הישן ליישוב החדש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העלייה הראשונה והמושבות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