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🎬 היסטוריה בסרטונים – 31 מערכי שיעור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העלייה הראשונה והמושבות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את מאפייני היישוב החדש בהשוואה ליישוב הישן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לתאר את העלייה הראשונה: ארצות מוצא, הרכב וקשיים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להסביר את תפקיד הברון רוטשילד ויק״א בביסוס המושבות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גרסה רגילה – כל הפריטים.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הבנה בסיסית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 – רוסיה, רומניה ותימן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ג – קדחת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ב – הנדיב הידוע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ב – אנשי ביל״ו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ד – יישוב חקלאי של חוואים פרטיים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א – עבודת אדמה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7. ג – 1900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לא נכון – רוב העולים היו שומרי מסורת ובעלי משפחות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נכון – יהודים מתימן היו חלק מהעלייה הראשונה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לא נכון – רוב העולים התיישבו בערים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נכון – עוני, קדחת וקשיי שלטון סיכנו את קיומן עד שהברון סייע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לא נכון – ביל״ו היו סטודנטים צעירים מרוסיה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נכון – ב-1900 עבר הניהול ליק״א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השלמת מילים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1. 1882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ביל״ו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נדיב הידוע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קדחת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יק״א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חדש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התאמה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ב (ייסדה את גדרה ב-1884)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ד (תנועה שפעלה לעלייה ולהתיישבות חקלאית)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א (תמך כספית במושבות עד 1900)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ה (ניהלה את המושבות מ-1900)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ג (יישוב חקלאי של חוואים פרטיים)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סדר כרונולוגי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תחילת העלייה הראשונה וייסוד ראשון לציון, זכרון יעקב וראש פינה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אנשי ביל״ו מייסדים את גדרה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ייסוד רחובות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ייסוד חדרה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ניהול מושבות הברון עובר ליק״א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תשובה קצרה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היישוב החדש שאף לעבודת אדמה, לעברית מדוברת ולחינוך לאומי, בעוד היישוב הישן התבסס על לימוד תורה ותמיכה כספית מהגולה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עוני, חוסר ניסיון בחקלאות, מחלת הקדחת, קשיי השלטון העות׳מאני והתקפות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הברון תמך כספית והציל את המושבות מקריסה, ויק״א המשיכה מ-1900 בביסוסן הכלכלי והעצמאי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קבוצת סטודנטים מרוסיה שעלתה ב-1882 וייסדה את גדרה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ניהלה את מושבות הברון ופעלה לביסוסן הכלכלי העצמאי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למשל: שאיפה לעבודת אדמה לעומת פרנסה מכספי חלוקה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לשלב מפה אילמת לאיתור המושבות שהוזכרו כחלק מהתרגול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כדאי להדגיש את ההבדל בין מניע דתי למניע לאומי בהשוואה בין היישובים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יש לוודא מול ספר הלימוד נתונים מספריים כמו מספר העולים והמושבות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🎬 היסטוריה בסרטונים – 31 מערכי שיעור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העלייה הראשונה והמושבות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בשנת 1882 החלו לעלות לארץ ישראל יהודים בעלי רעיונות לאומיים, שביקשו להקים חברה חדשה המתבססת על עבודת אדמה ועברית מדוברת. כך נוסדו המושבות הראשונות, שעברו קשיים רבים עד שהתבססו.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הבנה בסיסית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מאילו ארצות הגיעו רוב עולי העלייה הראשונה?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רוסיה, רומניה ותימן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גרמניה וצרפת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מרוקו ועיראק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פולין ואנגליה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איזו מחלה פגעה קשות במתיישבים?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שפעת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אבעבועות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קדחת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שחפת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מה היה כינויו של הברון רוטשילד?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החוזה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הנדיב הידוע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אבי המושבות העבריות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איש החזון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מי ייסדו את גדרה?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חובבי ציון מרומניה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אנשי ביל״ו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עולי תימן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הברון רוטשילד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מהי מושבה?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יישוב שיתופי ללא רכוש פרטי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שכונה בירושלים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בית ספר חקלאי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יישוב חקלאי של חוואים פרטיים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6. מה היה מקור הפרנסה שאליו שאף היישוב החדש?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עבודת אדמה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כספי החלוקה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מסחר בנמלים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פקידות עות׳מאנית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7. מתי החל ניהול המושבות על ידי יק״א?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1882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1884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1900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1903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עולי העלייה הראשונה היו כולם צעירים רווקים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גם יהודים מתימן עלו בתקופה זו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רוב עולי העלייה הראשונה התיישבו במושבות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המושבות כמעט קרסו בשנים הראשונות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ביל״ו הייתה קבוצה של אנשים מבוגרים מגרמניה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6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הברון רוטשילד תמך במושבות עד שנת 1900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השלמת מילים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העלייה הראשונה החלה בשנת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קבוצת הסטודנטים שהקימה את גדרה נקראה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כינויו של הברון רוטשילד היה ה__________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המחלה שפגעה במתיישבים נקראה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5. מ-1900 עברה האחריות על המושבות לחברת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6. היישוב ששאף לעבודת אדמה ולעברית מדוברת נקרא היישוב ה__________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התאמה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ביל״ו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תמך כספית במושבות עד 1900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חיבת ציון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ייסדה את גדרה ב-1884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הברון רוטשילד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יישוב חקלאי של חוואים פרטיים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יק״א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תנועה שפעלה לעלייה ולהתיישבות חקלאית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מושבה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ניהלה את המושבות מ-1900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סדר כרונולוגי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מספרו את השלבים לפי הסדר הנכון (1, 2, 3...).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אנשי ביל״ו מייסדים את גדרה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ייסוד רחובות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ניהול מושבות הברון עובר ליק״א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תחילת העלייה הראשונה וייסוד ראשון לציון, זכרון יעקב וראש פינה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ייסוד חדרה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6  חלק ו׳ – תשובה קצרה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ענו בקצרה.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ציינו שלושה הבדלים בין היישוב הישן ליישוב החדש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הציגו שלושה קשיים של המתיישבים במושבות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הסבירו את תרומתם של הברון רוטשילד ויק״א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 הייתה ביל״ו?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 עשתה יק״א מ-1900?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ציינו הבדל אחד בין היישוב הישן ליישוב החדש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העלייה הראשונה והמושבות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